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34FA" w14:textId="06995FB5" w:rsidR="00F7222F" w:rsidRPr="00927990" w:rsidRDefault="00000000" w:rsidP="009F6497">
      <w:pPr>
        <w:pStyle w:val="Nagwek1"/>
        <w:jc w:val="center"/>
        <w:rPr>
          <w:rFonts w:ascii="Aptos" w:hAnsi="Aptos"/>
          <w:color w:val="000000" w:themeColor="text1"/>
          <w:lang w:val="pl-PL"/>
        </w:rPr>
      </w:pPr>
      <w:r w:rsidRPr="00927990">
        <w:rPr>
          <w:rFonts w:ascii="Aptos" w:hAnsi="Aptos"/>
          <w:color w:val="000000" w:themeColor="text1"/>
          <w:lang w:val="pl-PL"/>
        </w:rPr>
        <w:t xml:space="preserve">ZGŁOSZENIE ZESPOŁU </w:t>
      </w:r>
      <w:r w:rsidR="00677E7E">
        <w:rPr>
          <w:rFonts w:ascii="Aptos" w:hAnsi="Aptos"/>
          <w:color w:val="000000" w:themeColor="text1"/>
          <w:lang w:val="pl-PL"/>
        </w:rPr>
        <w:t>DO TURNI</w:t>
      </w:r>
      <w:r w:rsidR="0006064C">
        <w:rPr>
          <w:rFonts w:ascii="Aptos" w:hAnsi="Aptos"/>
          <w:color w:val="000000" w:themeColor="text1"/>
          <w:lang w:val="pl-PL"/>
        </w:rPr>
        <w:t>EJ</w:t>
      </w:r>
      <w:r w:rsidR="00677E7E">
        <w:rPr>
          <w:rFonts w:ascii="Aptos" w:hAnsi="Aptos"/>
          <w:color w:val="000000" w:themeColor="text1"/>
          <w:lang w:val="pl-PL"/>
        </w:rPr>
        <w:t>ÓW WOJEWÓDZKICH W KAT. E1 ORAGANI</w:t>
      </w:r>
      <w:r w:rsidR="0006064C">
        <w:rPr>
          <w:rFonts w:ascii="Aptos" w:hAnsi="Aptos"/>
          <w:color w:val="000000" w:themeColor="text1"/>
          <w:lang w:val="pl-PL"/>
        </w:rPr>
        <w:t>Z</w:t>
      </w:r>
      <w:r w:rsidR="00677E7E">
        <w:rPr>
          <w:rFonts w:ascii="Aptos" w:hAnsi="Aptos"/>
          <w:color w:val="000000" w:themeColor="text1"/>
          <w:lang w:val="pl-PL"/>
        </w:rPr>
        <w:t>O</w:t>
      </w:r>
      <w:r w:rsidR="0006064C">
        <w:rPr>
          <w:rFonts w:ascii="Aptos" w:hAnsi="Aptos"/>
          <w:color w:val="000000" w:themeColor="text1"/>
          <w:lang w:val="pl-PL"/>
        </w:rPr>
        <w:t>W</w:t>
      </w:r>
      <w:r w:rsidR="00677E7E">
        <w:rPr>
          <w:rFonts w:ascii="Aptos" w:hAnsi="Aptos"/>
          <w:color w:val="000000" w:themeColor="text1"/>
          <w:lang w:val="pl-PL"/>
        </w:rPr>
        <w:t>ANYCH PRZEZ</w:t>
      </w:r>
      <w:r w:rsidRPr="00927990">
        <w:rPr>
          <w:rFonts w:ascii="Aptos" w:hAnsi="Aptos"/>
          <w:color w:val="000000" w:themeColor="text1"/>
          <w:lang w:val="pl-PL"/>
        </w:rPr>
        <w:t xml:space="preserve"> ŚLĄSKI ZPN</w:t>
      </w:r>
      <w:r w:rsidR="00677E7E">
        <w:rPr>
          <w:rFonts w:ascii="Aptos" w:hAnsi="Aptos"/>
          <w:color w:val="000000" w:themeColor="text1"/>
          <w:lang w:val="pl-PL"/>
        </w:rPr>
        <w:t>.</w:t>
      </w:r>
    </w:p>
    <w:p w14:paraId="6BE66EE1" w14:textId="77777777" w:rsidR="009F6497" w:rsidRPr="00927990" w:rsidRDefault="009F6497" w:rsidP="009F6497">
      <w:pPr>
        <w:rPr>
          <w:rFonts w:ascii="Aptos" w:hAnsi="Aptos"/>
          <w:color w:val="000000" w:themeColor="text1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5555"/>
      </w:tblGrid>
      <w:tr w:rsidR="00F7222F" w:rsidRPr="00927990" w14:paraId="56BBE4B9" w14:textId="77777777" w:rsidTr="009F6497">
        <w:tc>
          <w:tcPr>
            <w:tcW w:w="3085" w:type="dxa"/>
          </w:tcPr>
          <w:p w14:paraId="2C5D3B68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SEKCJA</w:t>
            </w:r>
          </w:p>
        </w:tc>
        <w:tc>
          <w:tcPr>
            <w:tcW w:w="5555" w:type="dxa"/>
          </w:tcPr>
          <w:p w14:paraId="0FBCBD6E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DANE / INFORMACJE DO WYPEŁNIENIA</w:t>
            </w:r>
          </w:p>
        </w:tc>
      </w:tr>
      <w:tr w:rsidR="00F7222F" w:rsidRPr="00927990" w14:paraId="0A23570C" w14:textId="77777777" w:rsidTr="009F6497">
        <w:tc>
          <w:tcPr>
            <w:tcW w:w="3085" w:type="dxa"/>
          </w:tcPr>
          <w:p w14:paraId="01427D27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1. Dane klubu</w:t>
            </w:r>
          </w:p>
        </w:tc>
        <w:tc>
          <w:tcPr>
            <w:tcW w:w="5555" w:type="dxa"/>
          </w:tcPr>
          <w:p w14:paraId="440C2242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Nazwa klubu:</w:t>
            </w:r>
          </w:p>
          <w:p w14:paraId="11C76DFE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siedziby:</w:t>
            </w:r>
          </w:p>
          <w:p w14:paraId="0849B28F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Telefon:</w:t>
            </w:r>
          </w:p>
          <w:p w14:paraId="5BCD7730" w14:textId="77777777" w:rsidR="00F7222F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e-mail:</w:t>
            </w:r>
          </w:p>
          <w:p w14:paraId="6EC802E1" w14:textId="2AD353FC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25DCF7AE" w14:textId="77777777" w:rsidTr="00927990">
        <w:trPr>
          <w:trHeight w:val="1786"/>
        </w:trPr>
        <w:tc>
          <w:tcPr>
            <w:tcW w:w="3085" w:type="dxa"/>
          </w:tcPr>
          <w:p w14:paraId="08CF1631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2. Dane zespołu</w:t>
            </w:r>
          </w:p>
        </w:tc>
        <w:tc>
          <w:tcPr>
            <w:tcW w:w="5555" w:type="dxa"/>
          </w:tcPr>
          <w:p w14:paraId="7D05F73B" w14:textId="77777777" w:rsid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Kategoria: Orlik E1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Sezon rozgrywkowy: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 xml:space="preserve"> 2025/2026</w:t>
            </w:r>
          </w:p>
          <w:p w14:paraId="48959400" w14:textId="77777777" w:rsidR="00F7222F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Liczba 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 xml:space="preserve">zgłoszonych 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>zawodników:</w:t>
            </w:r>
          </w:p>
          <w:p w14:paraId="004D139E" w14:textId="27F64BD9" w:rsidR="0006064C" w:rsidRDefault="0006064C">
            <w:pPr>
              <w:rPr>
                <w:rFonts w:ascii="Aptos" w:hAnsi="Aptos"/>
                <w:color w:val="000000" w:themeColor="text1"/>
                <w:lang w:val="pl-PL"/>
              </w:rPr>
            </w:pPr>
            <w:r>
              <w:rPr>
                <w:rFonts w:ascii="Aptos" w:hAnsi="Aptos"/>
                <w:color w:val="000000" w:themeColor="text1"/>
                <w:lang w:val="pl-PL"/>
              </w:rPr>
              <w:t>2015-</w:t>
            </w:r>
          </w:p>
          <w:p w14:paraId="0B931D70" w14:textId="1C0AFCB1" w:rsidR="0006064C" w:rsidRPr="00927990" w:rsidRDefault="0006064C">
            <w:pPr>
              <w:rPr>
                <w:rFonts w:ascii="Aptos" w:hAnsi="Aptos"/>
                <w:color w:val="000000" w:themeColor="text1"/>
                <w:lang w:val="pl-PL"/>
              </w:rPr>
            </w:pPr>
            <w:r>
              <w:rPr>
                <w:rFonts w:ascii="Aptos" w:hAnsi="Aptos"/>
                <w:color w:val="000000" w:themeColor="text1"/>
                <w:lang w:val="pl-PL"/>
              </w:rPr>
              <w:t>2016 (max. 2 zawodników może grać w turnieju) -</w:t>
            </w:r>
          </w:p>
        </w:tc>
      </w:tr>
      <w:tr w:rsidR="00F7222F" w:rsidRPr="00927990" w14:paraId="277CC0ED" w14:textId="77777777" w:rsidTr="00927990">
        <w:trPr>
          <w:trHeight w:val="1786"/>
        </w:trPr>
        <w:tc>
          <w:tcPr>
            <w:tcW w:w="3085" w:type="dxa"/>
          </w:tcPr>
          <w:p w14:paraId="29168536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3. Sztab szkoleniowy (wymóg regulaminowy)</w:t>
            </w:r>
          </w:p>
        </w:tc>
        <w:tc>
          <w:tcPr>
            <w:tcW w:w="5555" w:type="dxa"/>
          </w:tcPr>
          <w:p w14:paraId="7FB5B591" w14:textId="77777777" w:rsidR="00927990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Imię i nazwisko trenera:</w:t>
            </w:r>
          </w:p>
          <w:p w14:paraId="74FD206C" w14:textId="07C6ECD9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Licencja trenerska: 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(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>minimum UEFA C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)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Numer </w:t>
            </w:r>
            <w:r w:rsidR="00D32C56">
              <w:rPr>
                <w:rFonts w:ascii="Aptos" w:hAnsi="Aptos"/>
                <w:color w:val="000000" w:themeColor="text1"/>
                <w:lang w:val="pl-PL"/>
              </w:rPr>
              <w:t xml:space="preserve">i rodzaj 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>licencji:</w:t>
            </w:r>
          </w:p>
          <w:p w14:paraId="60012888" w14:textId="145B4802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0ED58D8C" w14:textId="77777777" w:rsidTr="00927990">
        <w:trPr>
          <w:trHeight w:val="1786"/>
        </w:trPr>
        <w:tc>
          <w:tcPr>
            <w:tcW w:w="3085" w:type="dxa"/>
          </w:tcPr>
          <w:p w14:paraId="7801FD91" w14:textId="77777777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4. Obiekt sportowy</w:t>
            </w:r>
          </w:p>
        </w:tc>
        <w:tc>
          <w:tcPr>
            <w:tcW w:w="5555" w:type="dxa"/>
          </w:tcPr>
          <w:p w14:paraId="6FDB9C39" w14:textId="39415FF5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Obowiązkowe wymiary </w:t>
            </w:r>
            <w:r w:rsidR="00927990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dwóch </w:t>
            </w: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boisk 30 x </w:t>
            </w:r>
            <w:r w:rsidR="0006064C">
              <w:rPr>
                <w:rFonts w:ascii="Aptos" w:hAnsi="Aptos"/>
                <w:b/>
                <w:bCs/>
                <w:color w:val="000000" w:themeColor="text1"/>
                <w:lang w:val="pl-PL"/>
              </w:rPr>
              <w:t>54-</w:t>
            </w: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60 m</w:t>
            </w:r>
            <w:r w:rsid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 (przykład ustawień w załączniku)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Nazwa obiektu:</w:t>
            </w:r>
          </w:p>
          <w:p w14:paraId="79DF8B04" w14:textId="77777777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Adres obiektu:</w:t>
            </w:r>
          </w:p>
          <w:p w14:paraId="7F6989B9" w14:textId="6CF4367F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F7222F" w:rsidRPr="00927990" w14:paraId="10236E81" w14:textId="77777777" w:rsidTr="00927990">
        <w:trPr>
          <w:trHeight w:val="1786"/>
        </w:trPr>
        <w:tc>
          <w:tcPr>
            <w:tcW w:w="3085" w:type="dxa"/>
          </w:tcPr>
          <w:p w14:paraId="31A3F9C5" w14:textId="21377519" w:rsidR="00F7222F" w:rsidRPr="00927990" w:rsidRDefault="0000000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5. Zabezpieczenie medyczne</w:t>
            </w:r>
            <w:r w:rsidR="00D32C56">
              <w:rPr>
                <w:rFonts w:ascii="Aptos" w:hAnsi="Aptos"/>
                <w:b/>
                <w:bCs/>
                <w:color w:val="000000" w:themeColor="text1"/>
                <w:lang w:val="pl-PL"/>
              </w:rPr>
              <w:t>.</w:t>
            </w:r>
            <w:r w:rsidR="00F31E43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 </w:t>
            </w:r>
            <w:r w:rsidR="00D32C56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Wskazane </w:t>
            </w:r>
            <w:r w:rsidR="00F31E43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udokumentowane umową</w:t>
            </w:r>
            <w:r w:rsidR="0006064C">
              <w:rPr>
                <w:rFonts w:ascii="Aptos" w:hAnsi="Aptos"/>
                <w:b/>
                <w:bCs/>
                <w:color w:val="000000" w:themeColor="text1"/>
                <w:lang w:val="pl-PL"/>
              </w:rPr>
              <w:t>.</w:t>
            </w:r>
          </w:p>
        </w:tc>
        <w:tc>
          <w:tcPr>
            <w:tcW w:w="5555" w:type="dxa"/>
          </w:tcPr>
          <w:p w14:paraId="6068F3CD" w14:textId="77777777" w:rsidR="009F6497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Imię i nazwisko osoby zabezpieczającej:</w:t>
            </w:r>
          </w:p>
          <w:p w14:paraId="6D4F7942" w14:textId="77777777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Numer ważnej licencji medycznej:</w:t>
            </w:r>
          </w:p>
          <w:p w14:paraId="7AB1C019" w14:textId="0FE507CD" w:rsidR="009F6497" w:rsidRPr="00927990" w:rsidRDefault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  <w:tr w:rsidR="00927990" w:rsidRPr="00927990" w14:paraId="209DF731" w14:textId="77777777" w:rsidTr="00927990">
        <w:trPr>
          <w:trHeight w:val="1786"/>
        </w:trPr>
        <w:tc>
          <w:tcPr>
            <w:tcW w:w="3085" w:type="dxa"/>
          </w:tcPr>
          <w:p w14:paraId="3CFE9D50" w14:textId="42D81D49" w:rsidR="00927990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lastRenderedPageBreak/>
              <w:t>6. System wielopiłkowy</w:t>
            </w:r>
          </w:p>
        </w:tc>
        <w:tc>
          <w:tcPr>
            <w:tcW w:w="5555" w:type="dxa"/>
          </w:tcPr>
          <w:p w14:paraId="0EE5CAB3" w14:textId="316B3924" w:rsidR="00927990" w:rsidRPr="00927990" w:rsidRDefault="0092799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 xml:space="preserve">Klub oświadcza, że posiada i zagwarantuje minimum 16 piłek do systemu wielopiłkowego (wzór ustawienia piłek w załączniku) na turnieje w ramach gospodarza w rozgrywkach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 xml:space="preserve">Turniejów Wojewódzkich E1. </w:t>
            </w:r>
          </w:p>
        </w:tc>
      </w:tr>
      <w:tr w:rsidR="00F7222F" w:rsidRPr="00927990" w14:paraId="42FAFC7F" w14:textId="77777777" w:rsidTr="00927990">
        <w:trPr>
          <w:trHeight w:val="1786"/>
        </w:trPr>
        <w:tc>
          <w:tcPr>
            <w:tcW w:w="3085" w:type="dxa"/>
          </w:tcPr>
          <w:p w14:paraId="3A53023C" w14:textId="62676A22" w:rsidR="00F7222F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7. Oświadczenie finansowe</w:t>
            </w:r>
          </w:p>
        </w:tc>
        <w:tc>
          <w:tcPr>
            <w:tcW w:w="5555" w:type="dxa"/>
          </w:tcPr>
          <w:p w14:paraId="1D899A8E" w14:textId="663D0BF9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Klub oświadcza, że posiada zagwarantowane środki finansowe na pokrycie kosztów transportu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 xml:space="preserve">na turnieje wyjazdowe w ramach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>Turniejów Wojewódzkich E1.</w:t>
            </w:r>
          </w:p>
        </w:tc>
      </w:tr>
      <w:tr w:rsidR="00F7222F" w:rsidRPr="00927990" w14:paraId="79E0E6AE" w14:textId="77777777" w:rsidTr="00927990">
        <w:trPr>
          <w:trHeight w:val="1786"/>
        </w:trPr>
        <w:tc>
          <w:tcPr>
            <w:tcW w:w="3085" w:type="dxa"/>
          </w:tcPr>
          <w:p w14:paraId="31B575D8" w14:textId="36BCC81F" w:rsidR="00F7222F" w:rsidRPr="00927990" w:rsidRDefault="00927990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8. Oświadczenia końcowe</w:t>
            </w:r>
          </w:p>
        </w:tc>
        <w:tc>
          <w:tcPr>
            <w:tcW w:w="5555" w:type="dxa"/>
          </w:tcPr>
          <w:p w14:paraId="1976B3EA" w14:textId="773C8E05" w:rsidR="00F7222F" w:rsidRPr="00927990" w:rsidRDefault="00000000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Klub potwierdza prawdziwość danych oraz znajomość i akceptację regulaminu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 xml:space="preserve"> </w:t>
            </w:r>
            <w:r w:rsidR="00677E7E">
              <w:rPr>
                <w:rFonts w:ascii="Aptos" w:hAnsi="Aptos"/>
                <w:color w:val="000000" w:themeColor="text1"/>
                <w:lang w:val="pl-PL"/>
              </w:rPr>
              <w:t xml:space="preserve">Turniejów Wojewódzkich </w:t>
            </w:r>
            <w:r w:rsidR="00927990" w:rsidRPr="00927990">
              <w:rPr>
                <w:rFonts w:ascii="Aptos" w:hAnsi="Aptos"/>
                <w:color w:val="000000" w:themeColor="text1"/>
                <w:lang w:val="pl-PL"/>
              </w:rPr>
              <w:t>w kat. E1.</w:t>
            </w:r>
          </w:p>
        </w:tc>
      </w:tr>
      <w:tr w:rsidR="009F6497" w:rsidRPr="00927990" w14:paraId="539A65AA" w14:textId="77777777" w:rsidTr="00927990">
        <w:trPr>
          <w:trHeight w:val="1786"/>
        </w:trPr>
        <w:tc>
          <w:tcPr>
            <w:tcW w:w="3085" w:type="dxa"/>
          </w:tcPr>
          <w:p w14:paraId="0C9A2DE8" w14:textId="00D6029A" w:rsidR="009F6497" w:rsidRPr="00927990" w:rsidRDefault="00927990" w:rsidP="009F6497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10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. Podpisy</w:t>
            </w:r>
          </w:p>
        </w:tc>
        <w:tc>
          <w:tcPr>
            <w:tcW w:w="5555" w:type="dxa"/>
          </w:tcPr>
          <w:p w14:paraId="59A8320D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Podpis i pieczęć klubu:</w:t>
            </w:r>
          </w:p>
          <w:p w14:paraId="00C9AF3D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47774AC6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2D2D07AC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208701EF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  <w:p w14:paraId="11DFD927" w14:textId="338C1825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Miejscowość, data:</w:t>
            </w:r>
          </w:p>
        </w:tc>
      </w:tr>
      <w:tr w:rsidR="009F6497" w:rsidRPr="00927990" w14:paraId="0AF6AE80" w14:textId="77777777" w:rsidTr="009F6497">
        <w:tc>
          <w:tcPr>
            <w:tcW w:w="3085" w:type="dxa"/>
          </w:tcPr>
          <w:p w14:paraId="43FE96C6" w14:textId="2DF9AA35" w:rsidR="009F6497" w:rsidRPr="00927990" w:rsidRDefault="00927990" w:rsidP="009F6497">
            <w:pPr>
              <w:rPr>
                <w:rFonts w:ascii="Aptos" w:hAnsi="Aptos"/>
                <w:b/>
                <w:bCs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10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. Sekcja weryfikacyjna – </w:t>
            </w:r>
            <w:r>
              <w:rPr>
                <w:rFonts w:ascii="Aptos" w:hAnsi="Aptos"/>
                <w:b/>
                <w:bCs/>
                <w:color w:val="000000" w:themeColor="text1"/>
                <w:lang w:val="pl-PL"/>
              </w:rPr>
              <w:t xml:space="preserve">wypełnia </w:t>
            </w:r>
            <w:r w:rsidR="009F6497" w:rsidRPr="00927990">
              <w:rPr>
                <w:rFonts w:ascii="Aptos" w:hAnsi="Aptos"/>
                <w:b/>
                <w:bCs/>
                <w:color w:val="000000" w:themeColor="text1"/>
                <w:lang w:val="pl-PL"/>
              </w:rPr>
              <w:t>Śląski ZPN</w:t>
            </w:r>
          </w:p>
        </w:tc>
        <w:tc>
          <w:tcPr>
            <w:tcW w:w="5555" w:type="dxa"/>
          </w:tcPr>
          <w:p w14:paraId="26DBB851" w14:textId="7777777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t>Spełnienie wymogów formalnych: TAK / NIE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Uwagi:</w:t>
            </w:r>
          </w:p>
          <w:p w14:paraId="25181CCC" w14:textId="6C08CC99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Data weryfikacji: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br/>
              <w:t>Podpis</w:t>
            </w:r>
            <w:r w:rsidR="00F31E43" w:rsidRPr="00927990">
              <w:rPr>
                <w:rFonts w:ascii="Aptos" w:hAnsi="Aptos"/>
                <w:color w:val="000000" w:themeColor="text1"/>
                <w:lang w:val="pl-PL"/>
              </w:rPr>
              <w:t>y</w:t>
            </w:r>
            <w:r w:rsidRPr="00927990">
              <w:rPr>
                <w:rFonts w:ascii="Aptos" w:hAnsi="Aptos"/>
                <w:color w:val="000000" w:themeColor="text1"/>
                <w:lang w:val="pl-PL"/>
              </w:rPr>
              <w:t xml:space="preserve"> osoby weryfikującej:</w:t>
            </w:r>
          </w:p>
          <w:p w14:paraId="18EB039F" w14:textId="7661F407" w:rsidR="009F6497" w:rsidRPr="00927990" w:rsidRDefault="009F6497" w:rsidP="009F6497">
            <w:pPr>
              <w:rPr>
                <w:rFonts w:ascii="Aptos" w:hAnsi="Aptos"/>
                <w:color w:val="000000" w:themeColor="text1"/>
                <w:lang w:val="pl-PL"/>
              </w:rPr>
            </w:pPr>
          </w:p>
        </w:tc>
      </w:tr>
    </w:tbl>
    <w:p w14:paraId="09CC9893" w14:textId="77777777" w:rsidR="00CB6297" w:rsidRPr="00927990" w:rsidRDefault="00CB6297">
      <w:pPr>
        <w:rPr>
          <w:rFonts w:ascii="Aptos" w:hAnsi="Aptos"/>
          <w:color w:val="000000" w:themeColor="text1"/>
          <w:lang w:val="pl-PL"/>
        </w:rPr>
      </w:pPr>
    </w:p>
    <w:sectPr w:rsidR="00CB6297" w:rsidRPr="0092799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858636">
    <w:abstractNumId w:val="8"/>
  </w:num>
  <w:num w:numId="2" w16cid:durableId="1456870815">
    <w:abstractNumId w:val="6"/>
  </w:num>
  <w:num w:numId="3" w16cid:durableId="1603100655">
    <w:abstractNumId w:val="5"/>
  </w:num>
  <w:num w:numId="4" w16cid:durableId="960959848">
    <w:abstractNumId w:val="4"/>
  </w:num>
  <w:num w:numId="5" w16cid:durableId="1667709755">
    <w:abstractNumId w:val="7"/>
  </w:num>
  <w:num w:numId="6" w16cid:durableId="321087832">
    <w:abstractNumId w:val="3"/>
  </w:num>
  <w:num w:numId="7" w16cid:durableId="666908133">
    <w:abstractNumId w:val="2"/>
  </w:num>
  <w:num w:numId="8" w16cid:durableId="359472676">
    <w:abstractNumId w:val="1"/>
  </w:num>
  <w:num w:numId="9" w16cid:durableId="6660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064C"/>
    <w:rsid w:val="0015074B"/>
    <w:rsid w:val="0029639D"/>
    <w:rsid w:val="00326F90"/>
    <w:rsid w:val="00411E4E"/>
    <w:rsid w:val="00413A73"/>
    <w:rsid w:val="00677E7E"/>
    <w:rsid w:val="00723CA2"/>
    <w:rsid w:val="00785242"/>
    <w:rsid w:val="00927990"/>
    <w:rsid w:val="009F6497"/>
    <w:rsid w:val="00AA1D8D"/>
    <w:rsid w:val="00B47730"/>
    <w:rsid w:val="00CB0664"/>
    <w:rsid w:val="00CB6297"/>
    <w:rsid w:val="00D32C56"/>
    <w:rsid w:val="00DE6767"/>
    <w:rsid w:val="00F31E43"/>
    <w:rsid w:val="00F7222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B8AEA"/>
  <w14:defaultImageDpi w14:val="300"/>
  <w15:docId w15:val="{2CA37EC0-EF50-3142-8301-37A225A04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Damian Galeja</cp:lastModifiedBy>
  <cp:revision>8</cp:revision>
  <dcterms:created xsi:type="dcterms:W3CDTF">2013-12-23T23:15:00Z</dcterms:created>
  <dcterms:modified xsi:type="dcterms:W3CDTF">2026-03-11T11:31:00Z</dcterms:modified>
  <cp:category/>
</cp:coreProperties>
</file>