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34FA" w14:textId="7CF10950" w:rsidR="00F7222F" w:rsidRPr="00927990" w:rsidRDefault="00000000" w:rsidP="009F6497">
      <w:pPr>
        <w:pStyle w:val="Nagwek1"/>
        <w:jc w:val="center"/>
        <w:rPr>
          <w:rFonts w:ascii="Aptos" w:hAnsi="Aptos"/>
          <w:color w:val="000000" w:themeColor="text1"/>
          <w:lang w:val="pl-PL"/>
        </w:rPr>
      </w:pPr>
      <w:r w:rsidRPr="00927990">
        <w:rPr>
          <w:rFonts w:ascii="Aptos" w:hAnsi="Aptos"/>
          <w:color w:val="000000" w:themeColor="text1"/>
          <w:lang w:val="pl-PL"/>
        </w:rPr>
        <w:t xml:space="preserve">ZGŁOSZENIE ZESPOŁU </w:t>
      </w:r>
      <w:r w:rsidR="00677E7E">
        <w:rPr>
          <w:rFonts w:ascii="Aptos" w:hAnsi="Aptos"/>
          <w:color w:val="000000" w:themeColor="text1"/>
          <w:lang w:val="pl-PL"/>
        </w:rPr>
        <w:t>DO TURNI</w:t>
      </w:r>
      <w:r w:rsidR="0006064C">
        <w:rPr>
          <w:rFonts w:ascii="Aptos" w:hAnsi="Aptos"/>
          <w:color w:val="000000" w:themeColor="text1"/>
          <w:lang w:val="pl-PL"/>
        </w:rPr>
        <w:t>EJ</w:t>
      </w:r>
      <w:r w:rsidR="00677E7E">
        <w:rPr>
          <w:rFonts w:ascii="Aptos" w:hAnsi="Aptos"/>
          <w:color w:val="000000" w:themeColor="text1"/>
          <w:lang w:val="pl-PL"/>
        </w:rPr>
        <w:t>ÓW WOJEWÓDZKICH</w:t>
      </w:r>
      <w:r w:rsidR="009031E8">
        <w:rPr>
          <w:rFonts w:ascii="Aptos" w:hAnsi="Aptos"/>
          <w:color w:val="000000" w:themeColor="text1"/>
          <w:lang w:val="pl-PL"/>
        </w:rPr>
        <w:t xml:space="preserve"> </w:t>
      </w:r>
      <w:r w:rsidR="00677E7E">
        <w:rPr>
          <w:rFonts w:ascii="Aptos" w:hAnsi="Aptos"/>
          <w:color w:val="000000" w:themeColor="text1"/>
          <w:lang w:val="pl-PL"/>
        </w:rPr>
        <w:t>W KAT. E1 ORAGANI</w:t>
      </w:r>
      <w:r w:rsidR="0006064C">
        <w:rPr>
          <w:rFonts w:ascii="Aptos" w:hAnsi="Aptos"/>
          <w:color w:val="000000" w:themeColor="text1"/>
          <w:lang w:val="pl-PL"/>
        </w:rPr>
        <w:t>Z</w:t>
      </w:r>
      <w:r w:rsidR="00677E7E">
        <w:rPr>
          <w:rFonts w:ascii="Aptos" w:hAnsi="Aptos"/>
          <w:color w:val="000000" w:themeColor="text1"/>
          <w:lang w:val="pl-PL"/>
        </w:rPr>
        <w:t>O</w:t>
      </w:r>
      <w:r w:rsidR="0006064C">
        <w:rPr>
          <w:rFonts w:ascii="Aptos" w:hAnsi="Aptos"/>
          <w:color w:val="000000" w:themeColor="text1"/>
          <w:lang w:val="pl-PL"/>
        </w:rPr>
        <w:t>W</w:t>
      </w:r>
      <w:r w:rsidR="00677E7E">
        <w:rPr>
          <w:rFonts w:ascii="Aptos" w:hAnsi="Aptos"/>
          <w:color w:val="000000" w:themeColor="text1"/>
          <w:lang w:val="pl-PL"/>
        </w:rPr>
        <w:t>ANYCH PRZEZ</w:t>
      </w:r>
      <w:r w:rsidRPr="00927990">
        <w:rPr>
          <w:rFonts w:ascii="Aptos" w:hAnsi="Aptos"/>
          <w:color w:val="000000" w:themeColor="text1"/>
          <w:lang w:val="pl-PL"/>
        </w:rPr>
        <w:t xml:space="preserve"> ŚLĄSKI ZPN</w:t>
      </w:r>
      <w:r w:rsidR="00677E7E">
        <w:rPr>
          <w:rFonts w:ascii="Aptos" w:hAnsi="Aptos"/>
          <w:color w:val="000000" w:themeColor="text1"/>
          <w:lang w:val="pl-PL"/>
        </w:rPr>
        <w:t>.</w:t>
      </w:r>
    </w:p>
    <w:p w14:paraId="6BE66EE1" w14:textId="77777777" w:rsidR="009F6497" w:rsidRPr="00927990" w:rsidRDefault="009F6497" w:rsidP="009F6497">
      <w:pPr>
        <w:rPr>
          <w:rFonts w:ascii="Aptos" w:hAnsi="Aptos"/>
          <w:color w:val="000000" w:themeColor="text1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5555"/>
      </w:tblGrid>
      <w:tr w:rsidR="00F7222F" w:rsidRPr="00927990" w14:paraId="56BBE4B9" w14:textId="77777777" w:rsidTr="009F6497">
        <w:tc>
          <w:tcPr>
            <w:tcW w:w="3085" w:type="dxa"/>
          </w:tcPr>
          <w:p w14:paraId="2C5D3B68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SEKCJA</w:t>
            </w:r>
          </w:p>
        </w:tc>
        <w:tc>
          <w:tcPr>
            <w:tcW w:w="5555" w:type="dxa"/>
          </w:tcPr>
          <w:p w14:paraId="0FBCBD6E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DANE / INFORMACJE DO WYPEŁNIENIA</w:t>
            </w:r>
          </w:p>
        </w:tc>
      </w:tr>
      <w:tr w:rsidR="00F7222F" w:rsidRPr="00927990" w14:paraId="0A23570C" w14:textId="77777777" w:rsidTr="009F6497">
        <w:tc>
          <w:tcPr>
            <w:tcW w:w="3085" w:type="dxa"/>
          </w:tcPr>
          <w:p w14:paraId="01427D27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1. Dane klubu</w:t>
            </w:r>
          </w:p>
        </w:tc>
        <w:tc>
          <w:tcPr>
            <w:tcW w:w="5555" w:type="dxa"/>
          </w:tcPr>
          <w:p w14:paraId="440C2242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Nazwa klubu:</w:t>
            </w:r>
          </w:p>
          <w:p w14:paraId="11C76DFE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siedziby:</w:t>
            </w:r>
          </w:p>
          <w:p w14:paraId="0849B28F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Telefon:</w:t>
            </w:r>
          </w:p>
          <w:p w14:paraId="5BCD7730" w14:textId="77777777" w:rsidR="00F7222F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e-mail:</w:t>
            </w:r>
          </w:p>
          <w:p w14:paraId="6EC802E1" w14:textId="2AD353FC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25DCF7AE" w14:textId="77777777" w:rsidTr="00927990">
        <w:trPr>
          <w:trHeight w:val="1786"/>
        </w:trPr>
        <w:tc>
          <w:tcPr>
            <w:tcW w:w="3085" w:type="dxa"/>
          </w:tcPr>
          <w:p w14:paraId="08CF1631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2. Dane zespołu</w:t>
            </w:r>
          </w:p>
        </w:tc>
        <w:tc>
          <w:tcPr>
            <w:tcW w:w="5555" w:type="dxa"/>
          </w:tcPr>
          <w:p w14:paraId="7D05F73B" w14:textId="24E206AF" w:rsid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Kategoria: Orlik E1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Sezon rozgrywkowy: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 xml:space="preserve"> 202</w:t>
            </w:r>
            <w:r w:rsidR="00761348">
              <w:rPr>
                <w:rFonts w:ascii="Aptos" w:hAnsi="Aptos"/>
                <w:color w:val="000000" w:themeColor="text1"/>
                <w:lang w:val="pl-PL"/>
              </w:rPr>
              <w:t>6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/202</w:t>
            </w:r>
            <w:r w:rsidR="00761348">
              <w:rPr>
                <w:rFonts w:ascii="Aptos" w:hAnsi="Aptos"/>
                <w:color w:val="000000" w:themeColor="text1"/>
                <w:lang w:val="pl-PL"/>
              </w:rPr>
              <w:t>7</w:t>
            </w:r>
          </w:p>
          <w:p w14:paraId="48959400" w14:textId="6B0F3144" w:rsidR="00F7222F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Liczba zawodników:</w:t>
            </w:r>
          </w:p>
          <w:p w14:paraId="004D139E" w14:textId="35DC9A10" w:rsidR="0006064C" w:rsidRDefault="0006064C">
            <w:pPr>
              <w:rPr>
                <w:rFonts w:ascii="Aptos" w:hAnsi="Aptos"/>
                <w:color w:val="000000" w:themeColor="text1"/>
                <w:lang w:val="pl-PL"/>
              </w:rPr>
            </w:pPr>
            <w:r>
              <w:rPr>
                <w:rFonts w:ascii="Aptos" w:hAnsi="Aptos"/>
                <w:color w:val="000000" w:themeColor="text1"/>
                <w:lang w:val="pl-PL"/>
              </w:rPr>
              <w:t>201</w:t>
            </w:r>
            <w:r w:rsidR="00761348">
              <w:rPr>
                <w:rFonts w:ascii="Aptos" w:hAnsi="Aptos"/>
                <w:color w:val="000000" w:themeColor="text1"/>
                <w:lang w:val="pl-PL"/>
              </w:rPr>
              <w:t>6</w:t>
            </w:r>
            <w:r w:rsidR="00593526">
              <w:rPr>
                <w:rFonts w:ascii="Aptos" w:hAnsi="Aptos"/>
                <w:color w:val="000000" w:themeColor="text1"/>
                <w:lang w:val="pl-PL"/>
              </w:rPr>
              <w:t xml:space="preserve"> </w:t>
            </w:r>
            <w:r>
              <w:rPr>
                <w:rFonts w:ascii="Aptos" w:hAnsi="Aptos"/>
                <w:color w:val="000000" w:themeColor="text1"/>
                <w:lang w:val="pl-PL"/>
              </w:rPr>
              <w:t>-</w:t>
            </w:r>
          </w:p>
          <w:p w14:paraId="0B931D70" w14:textId="2AC0C400" w:rsidR="0006064C" w:rsidRPr="00927990" w:rsidRDefault="0006064C">
            <w:pPr>
              <w:rPr>
                <w:rFonts w:ascii="Aptos" w:hAnsi="Aptos"/>
                <w:color w:val="000000" w:themeColor="text1"/>
                <w:lang w:val="pl-PL"/>
              </w:rPr>
            </w:pPr>
            <w:r>
              <w:rPr>
                <w:rFonts w:ascii="Aptos" w:hAnsi="Aptos"/>
                <w:color w:val="000000" w:themeColor="text1"/>
                <w:lang w:val="pl-PL"/>
              </w:rPr>
              <w:t>201</w:t>
            </w:r>
            <w:r w:rsidR="00761348">
              <w:rPr>
                <w:rFonts w:ascii="Aptos" w:hAnsi="Aptos"/>
                <w:color w:val="000000" w:themeColor="text1"/>
                <w:lang w:val="pl-PL"/>
              </w:rPr>
              <w:t>7</w:t>
            </w:r>
            <w:r>
              <w:rPr>
                <w:rFonts w:ascii="Aptos" w:hAnsi="Aptos"/>
                <w:color w:val="000000" w:themeColor="text1"/>
                <w:lang w:val="pl-PL"/>
              </w:rPr>
              <w:t xml:space="preserve"> (max. 2 zawodników może grać w turnieju) -</w:t>
            </w:r>
          </w:p>
        </w:tc>
      </w:tr>
      <w:tr w:rsidR="00F7222F" w:rsidRPr="00927990" w14:paraId="277CC0ED" w14:textId="77777777" w:rsidTr="00927990">
        <w:trPr>
          <w:trHeight w:val="1786"/>
        </w:trPr>
        <w:tc>
          <w:tcPr>
            <w:tcW w:w="3085" w:type="dxa"/>
          </w:tcPr>
          <w:p w14:paraId="29168536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3. Sztab szkoleniowy (wymóg regulaminowy)</w:t>
            </w:r>
          </w:p>
        </w:tc>
        <w:tc>
          <w:tcPr>
            <w:tcW w:w="5555" w:type="dxa"/>
          </w:tcPr>
          <w:p w14:paraId="7FB5B591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Imię i nazwisko trenera:</w:t>
            </w:r>
          </w:p>
          <w:p w14:paraId="74FD206C" w14:textId="07C6ECD9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Licencja trenerska: 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(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>minimum UEFA C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)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Numer </w:t>
            </w:r>
            <w:r w:rsidR="00D32C56">
              <w:rPr>
                <w:rFonts w:ascii="Aptos" w:hAnsi="Aptos"/>
                <w:color w:val="000000" w:themeColor="text1"/>
                <w:lang w:val="pl-PL"/>
              </w:rPr>
              <w:t xml:space="preserve">i rodzaj 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>licencji:</w:t>
            </w:r>
          </w:p>
          <w:p w14:paraId="60012888" w14:textId="145B4802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0ED58D8C" w14:textId="77777777" w:rsidTr="00927990">
        <w:trPr>
          <w:trHeight w:val="1786"/>
        </w:trPr>
        <w:tc>
          <w:tcPr>
            <w:tcW w:w="3085" w:type="dxa"/>
          </w:tcPr>
          <w:p w14:paraId="7801FD91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4. Obiekt sportowy</w:t>
            </w:r>
          </w:p>
        </w:tc>
        <w:tc>
          <w:tcPr>
            <w:tcW w:w="5555" w:type="dxa"/>
          </w:tcPr>
          <w:p w14:paraId="6FDB9C39" w14:textId="39415FF5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Obowiązkowe wymiary </w:t>
            </w:r>
            <w:r w:rsidR="00927990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dwóch </w:t>
            </w: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boisk 30 x </w:t>
            </w:r>
            <w:r w:rsidR="0006064C">
              <w:rPr>
                <w:rFonts w:ascii="Aptos" w:hAnsi="Aptos"/>
                <w:b/>
                <w:bCs/>
                <w:color w:val="000000" w:themeColor="text1"/>
                <w:lang w:val="pl-PL"/>
              </w:rPr>
              <w:t>54-</w:t>
            </w: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60 m</w:t>
            </w:r>
            <w:r w:rsid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 (przykład ustawień w załączniku)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Nazwa obiektu:</w:t>
            </w:r>
          </w:p>
          <w:p w14:paraId="79DF8B04" w14:textId="77777777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obiektu:</w:t>
            </w:r>
          </w:p>
          <w:p w14:paraId="7F6989B9" w14:textId="6CF4367F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10236E81" w14:textId="77777777" w:rsidTr="00927990">
        <w:trPr>
          <w:trHeight w:val="1786"/>
        </w:trPr>
        <w:tc>
          <w:tcPr>
            <w:tcW w:w="3085" w:type="dxa"/>
          </w:tcPr>
          <w:p w14:paraId="31A3F9C5" w14:textId="21377519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5. Zabezpieczenie medyczne</w:t>
            </w:r>
            <w:r w:rsidR="00D32C56">
              <w:rPr>
                <w:rFonts w:ascii="Aptos" w:hAnsi="Aptos"/>
                <w:b/>
                <w:bCs/>
                <w:color w:val="000000" w:themeColor="text1"/>
                <w:lang w:val="pl-PL"/>
              </w:rPr>
              <w:t>.</w:t>
            </w:r>
            <w:r w:rsidR="00F31E43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 </w:t>
            </w:r>
            <w:r w:rsidR="00D32C56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Wskazane </w:t>
            </w:r>
            <w:r w:rsidR="00F31E43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udokumentowane umową</w:t>
            </w:r>
            <w:r w:rsidR="0006064C">
              <w:rPr>
                <w:rFonts w:ascii="Aptos" w:hAnsi="Aptos"/>
                <w:b/>
                <w:bCs/>
                <w:color w:val="000000" w:themeColor="text1"/>
                <w:lang w:val="pl-PL"/>
              </w:rPr>
              <w:t>.</w:t>
            </w:r>
          </w:p>
        </w:tc>
        <w:tc>
          <w:tcPr>
            <w:tcW w:w="5555" w:type="dxa"/>
          </w:tcPr>
          <w:p w14:paraId="6068F3CD" w14:textId="77777777" w:rsidR="009F6497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Imię i nazwisko osoby zabezpieczającej:</w:t>
            </w:r>
          </w:p>
          <w:p w14:paraId="6D4F7942" w14:textId="77777777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Numer ważnej licencji medycznej:</w:t>
            </w:r>
          </w:p>
          <w:p w14:paraId="7AB1C019" w14:textId="0FE507CD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927990" w:rsidRPr="00927990" w14:paraId="209DF731" w14:textId="77777777" w:rsidTr="00927990">
        <w:trPr>
          <w:trHeight w:val="1786"/>
        </w:trPr>
        <w:tc>
          <w:tcPr>
            <w:tcW w:w="3085" w:type="dxa"/>
          </w:tcPr>
          <w:p w14:paraId="3CFE9D50" w14:textId="42D81D49" w:rsidR="00927990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lastRenderedPageBreak/>
              <w:t>6. System wielopiłkowy</w:t>
            </w:r>
          </w:p>
        </w:tc>
        <w:tc>
          <w:tcPr>
            <w:tcW w:w="5555" w:type="dxa"/>
          </w:tcPr>
          <w:p w14:paraId="0EE5CAB3" w14:textId="316B3924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 xml:space="preserve">Klub oświadcza, że posiada i zagwarantuje minimum 16 piłek do systemu wielopiłkowego (wzór ustawienia piłek w załączniku) na turnieje w ramach gospodarza w rozgrywkach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 xml:space="preserve">Turniejów Wojewódzkich E1. </w:t>
            </w:r>
          </w:p>
        </w:tc>
      </w:tr>
      <w:tr w:rsidR="00F7222F" w:rsidRPr="00927990" w14:paraId="42FAFC7F" w14:textId="77777777" w:rsidTr="00927990">
        <w:trPr>
          <w:trHeight w:val="1786"/>
        </w:trPr>
        <w:tc>
          <w:tcPr>
            <w:tcW w:w="3085" w:type="dxa"/>
          </w:tcPr>
          <w:p w14:paraId="3A53023C" w14:textId="62676A22" w:rsidR="00F7222F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7. Oświadczenie finansowe</w:t>
            </w:r>
          </w:p>
        </w:tc>
        <w:tc>
          <w:tcPr>
            <w:tcW w:w="5555" w:type="dxa"/>
          </w:tcPr>
          <w:p w14:paraId="1D899A8E" w14:textId="663D0BF9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Klub oświadcza, że posiada zagwarantowane środki finansowe na pokrycie kosztów transportu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na turnieje wyjazdowe w ramach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>Turniejów Wojewódzkich E1.</w:t>
            </w:r>
          </w:p>
        </w:tc>
      </w:tr>
      <w:tr w:rsidR="00F7222F" w:rsidRPr="00927990" w14:paraId="79E0E6AE" w14:textId="77777777" w:rsidTr="00927990">
        <w:trPr>
          <w:trHeight w:val="1786"/>
        </w:trPr>
        <w:tc>
          <w:tcPr>
            <w:tcW w:w="3085" w:type="dxa"/>
          </w:tcPr>
          <w:p w14:paraId="31B575D8" w14:textId="36BCC81F" w:rsidR="00F7222F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8. Oświadczenia końcowe</w:t>
            </w:r>
          </w:p>
        </w:tc>
        <w:tc>
          <w:tcPr>
            <w:tcW w:w="5555" w:type="dxa"/>
          </w:tcPr>
          <w:p w14:paraId="1976B3EA" w14:textId="773C8E05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Klub potwierdza prawdziwość danych oraz znajomość i akceptację regulaminu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 xml:space="preserve">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 xml:space="preserve">Turniejów Wojewódzkich 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w kat. E1.</w:t>
            </w:r>
          </w:p>
        </w:tc>
      </w:tr>
      <w:tr w:rsidR="009F6497" w:rsidRPr="00927990" w14:paraId="539A65AA" w14:textId="77777777" w:rsidTr="00927990">
        <w:trPr>
          <w:trHeight w:val="1786"/>
        </w:trPr>
        <w:tc>
          <w:tcPr>
            <w:tcW w:w="3085" w:type="dxa"/>
          </w:tcPr>
          <w:p w14:paraId="0C9A2DE8" w14:textId="00D6029A" w:rsidR="009F6497" w:rsidRPr="00927990" w:rsidRDefault="00927990" w:rsidP="009F6497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10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. Podpisy</w:t>
            </w:r>
          </w:p>
        </w:tc>
        <w:tc>
          <w:tcPr>
            <w:tcW w:w="5555" w:type="dxa"/>
          </w:tcPr>
          <w:p w14:paraId="59A8320D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Podpis i pieczęć klubu:</w:t>
            </w:r>
          </w:p>
          <w:p w14:paraId="00C9AF3D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47774AC6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2D2D07AC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208701EF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11DFD927" w14:textId="338C1825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Miejscowość, data:</w:t>
            </w:r>
          </w:p>
        </w:tc>
      </w:tr>
      <w:tr w:rsidR="009F6497" w:rsidRPr="00927990" w14:paraId="0AF6AE80" w14:textId="77777777" w:rsidTr="009F6497">
        <w:tc>
          <w:tcPr>
            <w:tcW w:w="3085" w:type="dxa"/>
          </w:tcPr>
          <w:p w14:paraId="43FE96C6" w14:textId="2DF9AA35" w:rsidR="009F6497" w:rsidRPr="00927990" w:rsidRDefault="00927990" w:rsidP="009F6497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10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. Sekcja weryfikacyjna – </w:t>
            </w:r>
            <w:r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wypełnia 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Śląski ZPN</w:t>
            </w:r>
          </w:p>
        </w:tc>
        <w:tc>
          <w:tcPr>
            <w:tcW w:w="5555" w:type="dxa"/>
          </w:tcPr>
          <w:p w14:paraId="26DBB851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Spełnienie wymogów formalnych: TAK / NIE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Uwagi:</w:t>
            </w:r>
          </w:p>
          <w:p w14:paraId="25181CCC" w14:textId="6C08CC99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Data weryfikacji: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Podpis</w:t>
            </w:r>
            <w:r w:rsidR="00F31E43" w:rsidRPr="00927990">
              <w:rPr>
                <w:rFonts w:ascii="Aptos" w:hAnsi="Aptos"/>
                <w:color w:val="000000" w:themeColor="text1"/>
                <w:lang w:val="pl-PL"/>
              </w:rPr>
              <w:t>y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 xml:space="preserve"> osoby weryfikującej:</w:t>
            </w:r>
          </w:p>
          <w:p w14:paraId="18EB039F" w14:textId="7661F40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</w:tbl>
    <w:p w14:paraId="09CC9893" w14:textId="77777777" w:rsidR="00CB6297" w:rsidRPr="00927990" w:rsidRDefault="00CB6297">
      <w:pPr>
        <w:rPr>
          <w:rFonts w:ascii="Aptos" w:hAnsi="Aptos"/>
          <w:color w:val="000000" w:themeColor="text1"/>
          <w:lang w:val="pl-PL"/>
        </w:rPr>
      </w:pPr>
    </w:p>
    <w:sectPr w:rsidR="00CB6297" w:rsidRPr="0092799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858636">
    <w:abstractNumId w:val="8"/>
  </w:num>
  <w:num w:numId="2" w16cid:durableId="1456870815">
    <w:abstractNumId w:val="6"/>
  </w:num>
  <w:num w:numId="3" w16cid:durableId="1603100655">
    <w:abstractNumId w:val="5"/>
  </w:num>
  <w:num w:numId="4" w16cid:durableId="960959848">
    <w:abstractNumId w:val="4"/>
  </w:num>
  <w:num w:numId="5" w16cid:durableId="1667709755">
    <w:abstractNumId w:val="7"/>
  </w:num>
  <w:num w:numId="6" w16cid:durableId="321087832">
    <w:abstractNumId w:val="3"/>
  </w:num>
  <w:num w:numId="7" w16cid:durableId="666908133">
    <w:abstractNumId w:val="2"/>
  </w:num>
  <w:num w:numId="8" w16cid:durableId="359472676">
    <w:abstractNumId w:val="1"/>
  </w:num>
  <w:num w:numId="9" w16cid:durableId="6660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064C"/>
    <w:rsid w:val="0015074B"/>
    <w:rsid w:val="0029639D"/>
    <w:rsid w:val="002B2022"/>
    <w:rsid w:val="00326F90"/>
    <w:rsid w:val="00411E4E"/>
    <w:rsid w:val="00413A73"/>
    <w:rsid w:val="00593526"/>
    <w:rsid w:val="00677E7E"/>
    <w:rsid w:val="00723CA2"/>
    <w:rsid w:val="00761348"/>
    <w:rsid w:val="00785242"/>
    <w:rsid w:val="009031E8"/>
    <w:rsid w:val="00927990"/>
    <w:rsid w:val="009F6497"/>
    <w:rsid w:val="00AA1D8D"/>
    <w:rsid w:val="00B47730"/>
    <w:rsid w:val="00CB0664"/>
    <w:rsid w:val="00CB6297"/>
    <w:rsid w:val="00D32C56"/>
    <w:rsid w:val="00DE6767"/>
    <w:rsid w:val="00E22C80"/>
    <w:rsid w:val="00F31E43"/>
    <w:rsid w:val="00F7222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B8AEA"/>
  <w14:defaultImageDpi w14:val="300"/>
  <w15:docId w15:val="{2CA37EC0-EF50-3142-8301-37A225A04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Lesław Mazur</cp:lastModifiedBy>
  <cp:revision>12</cp:revision>
  <dcterms:created xsi:type="dcterms:W3CDTF">2013-12-23T23:15:00Z</dcterms:created>
  <dcterms:modified xsi:type="dcterms:W3CDTF">2026-06-25T09:24:00Z</dcterms:modified>
  <cp:category/>
</cp:coreProperties>
</file>